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DF237" w14:textId="77777777" w:rsidR="003537BA" w:rsidRDefault="00780F46">
      <w:pPr>
        <w:jc w:val="center"/>
      </w:pPr>
      <w:r>
        <w:rPr>
          <w:b/>
          <w:sz w:val="32"/>
        </w:rPr>
        <w:t>Teen Canteen – Community &amp; Charitable Group Application Form</w:t>
      </w:r>
    </w:p>
    <w:p w14:paraId="18D1E679" w14:textId="77777777" w:rsidR="003537BA" w:rsidRDefault="00780F46">
      <w:r>
        <w:t>Thank you for your interest in partnering with Teen Canteen to support local youth and community initiatives. Please complete this form in full. Incomplete applications may delay review.</w:t>
      </w:r>
    </w:p>
    <w:p w14:paraId="4783762A" w14:textId="77777777" w:rsidR="003537BA" w:rsidRDefault="00780F46">
      <w:pPr>
        <w:pStyle w:val="Heading2"/>
      </w:pPr>
      <w:r>
        <w:t>1. Organization Details</w:t>
      </w:r>
    </w:p>
    <w:p w14:paraId="19590AAB" w14:textId="77777777" w:rsidR="003537BA" w:rsidRDefault="00780F46">
      <w:r>
        <w:t xml:space="preserve"> Name of Organization: ________________________________</w:t>
      </w:r>
    </w:p>
    <w:p w14:paraId="07FAFAB2" w14:textId="77777777" w:rsidR="003537BA" w:rsidRDefault="00780F46">
      <w:r>
        <w:t xml:space="preserve"> Type of Organization (e.g., community group, charity, nonprofit): ________________________________</w:t>
      </w:r>
    </w:p>
    <w:p w14:paraId="42703776" w14:textId="77777777" w:rsidR="003537BA" w:rsidRDefault="00780F46">
      <w:r>
        <w:t xml:space="preserve"> Registration Number (if applicable): ________________________________</w:t>
      </w:r>
    </w:p>
    <w:p w14:paraId="660C7791" w14:textId="77777777" w:rsidR="003537BA" w:rsidRDefault="00780F46">
      <w:r>
        <w:t xml:space="preserve"> Mailing Address: ________________________________</w:t>
      </w:r>
    </w:p>
    <w:p w14:paraId="0753DD61" w14:textId="77777777" w:rsidR="003537BA" w:rsidRDefault="00780F46">
      <w:r>
        <w:t xml:space="preserve"> City: ________________________________</w:t>
      </w:r>
    </w:p>
    <w:p w14:paraId="376094B3" w14:textId="77777777" w:rsidR="003537BA" w:rsidRDefault="00780F46">
      <w:r>
        <w:t xml:space="preserve"> State: ________________________________</w:t>
      </w:r>
    </w:p>
    <w:p w14:paraId="0F35754A" w14:textId="77777777" w:rsidR="003537BA" w:rsidRDefault="00780F46">
      <w:r>
        <w:t xml:space="preserve"> ZIP: ________________________________</w:t>
      </w:r>
    </w:p>
    <w:p w14:paraId="10E15EB1" w14:textId="77777777" w:rsidR="003537BA" w:rsidRDefault="00780F46">
      <w:r>
        <w:t xml:space="preserve"> Phone: ________________________________</w:t>
      </w:r>
    </w:p>
    <w:p w14:paraId="30FA78BB" w14:textId="77777777" w:rsidR="003537BA" w:rsidRDefault="00780F46">
      <w:r>
        <w:t xml:space="preserve"> Email: ________________________________</w:t>
      </w:r>
    </w:p>
    <w:p w14:paraId="13F65BE7" w14:textId="77777777" w:rsidR="003537BA" w:rsidRDefault="00780F46">
      <w:r>
        <w:t xml:space="preserve"> Website (if applicable): ________________________________</w:t>
      </w:r>
    </w:p>
    <w:p w14:paraId="6D3068B5" w14:textId="77777777" w:rsidR="003537BA" w:rsidRDefault="00780F46">
      <w:pPr>
        <w:pStyle w:val="Heading2"/>
      </w:pPr>
      <w:r>
        <w:t>2. Primary Contact Information</w:t>
      </w:r>
    </w:p>
    <w:p w14:paraId="752DE601" w14:textId="77777777" w:rsidR="003537BA" w:rsidRDefault="00780F46">
      <w:r>
        <w:t xml:space="preserve"> Contact Name: ________________________________</w:t>
      </w:r>
    </w:p>
    <w:p w14:paraId="7CDDB71C" w14:textId="77777777" w:rsidR="003537BA" w:rsidRDefault="00780F46">
      <w:r>
        <w:t xml:space="preserve"> Title/Role: ________________________________</w:t>
      </w:r>
    </w:p>
    <w:p w14:paraId="60C6AC06" w14:textId="77777777" w:rsidR="003537BA" w:rsidRDefault="00780F46">
      <w:r>
        <w:t xml:space="preserve"> Phone: ________________________________</w:t>
      </w:r>
    </w:p>
    <w:p w14:paraId="40C24FF3" w14:textId="77777777" w:rsidR="003537BA" w:rsidRDefault="00780F46">
      <w:r>
        <w:t xml:space="preserve"> Email: ________________________________</w:t>
      </w:r>
    </w:p>
    <w:p w14:paraId="7981FB16" w14:textId="77777777" w:rsidR="003537BA" w:rsidRDefault="00780F46">
      <w:pPr>
        <w:pStyle w:val="Heading2"/>
      </w:pPr>
      <w:r>
        <w:t>3. Organization Profile</w:t>
      </w:r>
    </w:p>
    <w:p w14:paraId="0A8A64B8" w14:textId="77777777" w:rsidR="003537BA" w:rsidRDefault="00780F46">
      <w:r>
        <w:t>Briefly describe your organization and its mission:</w:t>
      </w:r>
    </w:p>
    <w:p w14:paraId="7A46A5B5" w14:textId="77777777" w:rsidR="003537BA" w:rsidRDefault="00780F46">
      <w:r>
        <w:t>_________________________________________________________________________________</w:t>
      </w:r>
    </w:p>
    <w:p w14:paraId="034FF9CF" w14:textId="77777777" w:rsidR="003537BA" w:rsidRDefault="00780F46">
      <w:r>
        <w:t>_________________________________________________________________________________</w:t>
      </w:r>
    </w:p>
    <w:p w14:paraId="2E2F20CA" w14:textId="77777777" w:rsidR="003537BA" w:rsidRDefault="00780F46">
      <w:r>
        <w:t>How long has your organization been active? __________________________</w:t>
      </w:r>
    </w:p>
    <w:p w14:paraId="6109ADC4" w14:textId="77777777" w:rsidR="003537BA" w:rsidRDefault="00780F46">
      <w:r>
        <w:t>Approximate number of members or beneficiaries served annually: ____________________</w:t>
      </w:r>
    </w:p>
    <w:p w14:paraId="4B5C1484" w14:textId="77777777" w:rsidR="003537BA" w:rsidRDefault="00780F46">
      <w:pPr>
        <w:pStyle w:val="Heading2"/>
      </w:pPr>
      <w:r>
        <w:lastRenderedPageBreak/>
        <w:t>4. Experience &amp; Community Involvement</w:t>
      </w:r>
    </w:p>
    <w:p w14:paraId="268BDD67" w14:textId="77777777" w:rsidR="003537BA" w:rsidRDefault="00780F46">
      <w:r>
        <w:t>Please list any relevant experience working with youth or community projects:</w:t>
      </w:r>
    </w:p>
    <w:p w14:paraId="5EB97CE7" w14:textId="77777777" w:rsidR="003537BA" w:rsidRDefault="00780F46">
      <w:r>
        <w:t>_________________________________________________________________________________</w:t>
      </w:r>
    </w:p>
    <w:p w14:paraId="0CF98482" w14:textId="77777777" w:rsidR="003537BA" w:rsidRDefault="00780F46">
      <w:r>
        <w:t>_________________________________________________________________________________</w:t>
      </w:r>
    </w:p>
    <w:p w14:paraId="5B5D39DB" w14:textId="77777777" w:rsidR="003537BA" w:rsidRDefault="00780F46">
      <w:pPr>
        <w:pStyle w:val="Heading2"/>
      </w:pPr>
      <w:r>
        <w:t>5. Proposed Partnership with Teen Canteen</w:t>
      </w:r>
    </w:p>
    <w:p w14:paraId="22815D1A" w14:textId="77777777" w:rsidR="003537BA" w:rsidRDefault="00780F46">
      <w:r>
        <w:t>Describe how your organization would like to collaborate or contribute:</w:t>
      </w:r>
    </w:p>
    <w:p w14:paraId="57DD806A" w14:textId="77777777" w:rsidR="003537BA" w:rsidRDefault="00780F46">
      <w:r>
        <w:t>_________________________________________________________________________________</w:t>
      </w:r>
    </w:p>
    <w:p w14:paraId="679457C5" w14:textId="77777777" w:rsidR="003537BA" w:rsidRDefault="00780F46">
      <w:r>
        <w:t>_________________________________________________________________________________</w:t>
      </w:r>
    </w:p>
    <w:p w14:paraId="40F804AC" w14:textId="77777777" w:rsidR="003537BA" w:rsidRDefault="00780F46">
      <w:r>
        <w:t>Preferred days/times for participation: ________________________________</w:t>
      </w:r>
    </w:p>
    <w:p w14:paraId="05D807BD" w14:textId="77777777" w:rsidR="003537BA" w:rsidRDefault="00780F46">
      <w:r>
        <w:t>Does your organization have any specific needs or accommodations?</w:t>
      </w:r>
    </w:p>
    <w:p w14:paraId="4BAD9B8D" w14:textId="77777777" w:rsidR="003537BA" w:rsidRDefault="00780F46">
      <w:r>
        <w:t>_________________________________________________________________________________</w:t>
      </w:r>
    </w:p>
    <w:p w14:paraId="5E354B69" w14:textId="77777777" w:rsidR="003537BA" w:rsidRDefault="00780F46">
      <w:pPr>
        <w:pStyle w:val="Heading2"/>
      </w:pPr>
      <w:r>
        <w:t>6. References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537BA" w14:paraId="3BF15A8D" w14:textId="77777777">
        <w:tc>
          <w:tcPr>
            <w:tcW w:w="2880" w:type="dxa"/>
          </w:tcPr>
          <w:p w14:paraId="3D9AD728" w14:textId="77777777" w:rsidR="003537BA" w:rsidRDefault="00780F46">
            <w:r>
              <w:t>Name</w:t>
            </w:r>
          </w:p>
        </w:tc>
        <w:tc>
          <w:tcPr>
            <w:tcW w:w="2880" w:type="dxa"/>
          </w:tcPr>
          <w:p w14:paraId="783CF577" w14:textId="77777777" w:rsidR="003537BA" w:rsidRDefault="00780F46">
            <w:r>
              <w:t>Phone</w:t>
            </w:r>
          </w:p>
        </w:tc>
        <w:tc>
          <w:tcPr>
            <w:tcW w:w="2880" w:type="dxa"/>
          </w:tcPr>
          <w:p w14:paraId="55A1D190" w14:textId="77777777" w:rsidR="003537BA" w:rsidRDefault="00780F46">
            <w:r>
              <w:t>Relationship to Your Organization</w:t>
            </w:r>
          </w:p>
        </w:tc>
      </w:tr>
      <w:tr w:rsidR="003537BA" w14:paraId="1765AF97" w14:textId="77777777">
        <w:tc>
          <w:tcPr>
            <w:tcW w:w="2880" w:type="dxa"/>
          </w:tcPr>
          <w:p w14:paraId="352BB9E0" w14:textId="77777777" w:rsidR="003537BA" w:rsidRDefault="00780F46">
            <w:r>
              <w:t xml:space="preserve"> </w:t>
            </w:r>
          </w:p>
        </w:tc>
        <w:tc>
          <w:tcPr>
            <w:tcW w:w="2880" w:type="dxa"/>
          </w:tcPr>
          <w:p w14:paraId="69869A5E" w14:textId="77777777" w:rsidR="003537BA" w:rsidRDefault="00780F46">
            <w:r>
              <w:t xml:space="preserve"> </w:t>
            </w:r>
          </w:p>
        </w:tc>
        <w:tc>
          <w:tcPr>
            <w:tcW w:w="2880" w:type="dxa"/>
          </w:tcPr>
          <w:p w14:paraId="6BDCF9BD" w14:textId="77777777" w:rsidR="003537BA" w:rsidRDefault="00780F46">
            <w:r>
              <w:t xml:space="preserve"> </w:t>
            </w:r>
          </w:p>
        </w:tc>
      </w:tr>
      <w:tr w:rsidR="003537BA" w14:paraId="6FB221C5" w14:textId="77777777">
        <w:tc>
          <w:tcPr>
            <w:tcW w:w="2880" w:type="dxa"/>
          </w:tcPr>
          <w:p w14:paraId="330DE4EF" w14:textId="77777777" w:rsidR="003537BA" w:rsidRDefault="00780F46">
            <w:r>
              <w:t xml:space="preserve"> </w:t>
            </w:r>
          </w:p>
        </w:tc>
        <w:tc>
          <w:tcPr>
            <w:tcW w:w="2880" w:type="dxa"/>
          </w:tcPr>
          <w:p w14:paraId="37147DB1" w14:textId="77777777" w:rsidR="003537BA" w:rsidRDefault="00780F46">
            <w:r>
              <w:t xml:space="preserve"> </w:t>
            </w:r>
          </w:p>
        </w:tc>
        <w:tc>
          <w:tcPr>
            <w:tcW w:w="2880" w:type="dxa"/>
          </w:tcPr>
          <w:p w14:paraId="2826B31D" w14:textId="77777777" w:rsidR="003537BA" w:rsidRDefault="00780F46">
            <w:r>
              <w:t xml:space="preserve"> </w:t>
            </w:r>
          </w:p>
        </w:tc>
      </w:tr>
    </w:tbl>
    <w:p w14:paraId="1FC67249" w14:textId="77777777" w:rsidR="003537BA" w:rsidRDefault="00780F46">
      <w:pPr>
        <w:pStyle w:val="Heading2"/>
      </w:pPr>
      <w:r>
        <w:t>7. Declaration &amp; Signature</w:t>
      </w:r>
    </w:p>
    <w:p w14:paraId="1B1B2DC4" w14:textId="77777777" w:rsidR="003537BA" w:rsidRDefault="00780F46">
      <w:r>
        <w:t>I certify that the information provided in this application is true and complete to the best of my knowledge. I understand that participation with Teen Canteen is subject to approval and agree to adhere to all Teen Canteen guidelines and policies.</w:t>
      </w:r>
    </w:p>
    <w:p w14:paraId="7CB78A79" w14:textId="77777777" w:rsidR="003537BA" w:rsidRDefault="00780F46">
      <w:r>
        <w:t>Signature: ________________________________</w:t>
      </w:r>
    </w:p>
    <w:p w14:paraId="28482EBB" w14:textId="77777777" w:rsidR="003537BA" w:rsidRDefault="00780F46">
      <w:r>
        <w:t>Printed Name: ________________________________</w:t>
      </w:r>
    </w:p>
    <w:p w14:paraId="74358FA0" w14:textId="77777777" w:rsidR="003537BA" w:rsidRDefault="00780F46">
      <w:r>
        <w:t>Date: ________________________________</w:t>
      </w:r>
    </w:p>
    <w:sectPr w:rsidR="003537B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6159526">
    <w:abstractNumId w:val="8"/>
  </w:num>
  <w:num w:numId="2" w16cid:durableId="577176512">
    <w:abstractNumId w:val="6"/>
  </w:num>
  <w:num w:numId="3" w16cid:durableId="370572927">
    <w:abstractNumId w:val="5"/>
  </w:num>
  <w:num w:numId="4" w16cid:durableId="577251746">
    <w:abstractNumId w:val="4"/>
  </w:num>
  <w:num w:numId="5" w16cid:durableId="62340701">
    <w:abstractNumId w:val="7"/>
  </w:num>
  <w:num w:numId="6" w16cid:durableId="434978389">
    <w:abstractNumId w:val="3"/>
  </w:num>
  <w:num w:numId="7" w16cid:durableId="2050717948">
    <w:abstractNumId w:val="2"/>
  </w:num>
  <w:num w:numId="8" w16cid:durableId="2072577457">
    <w:abstractNumId w:val="1"/>
  </w:num>
  <w:num w:numId="9" w16cid:durableId="1783837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37BA"/>
    <w:rsid w:val="006506C2"/>
    <w:rsid w:val="00780F4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91433E"/>
  <w14:defaultImageDpi w14:val="300"/>
  <w15:docId w15:val="{83FEE469-3AE7-4558-890B-BD0EEEB5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2220</Characters>
  <Application>Microsoft Office Word</Application>
  <DocSecurity>0</DocSecurity>
  <Lines>63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Michelle king</cp:lastModifiedBy>
  <cp:revision>2</cp:revision>
  <dcterms:created xsi:type="dcterms:W3CDTF">2025-10-29T14:14:00Z</dcterms:created>
  <dcterms:modified xsi:type="dcterms:W3CDTF">2025-10-29T14:14:00Z</dcterms:modified>
  <cp:category/>
</cp:coreProperties>
</file>